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1371600" cy="1371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clean_minimalist_circular_logo_branding_badge_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373737"/>
          <w:sz w:val="44"/>
        </w:rPr>
        <w:t>Photo &amp; Content Submission Form</w:t>
      </w:r>
    </w:p>
    <w:p>
      <w:pPr>
        <w:jc w:val="center"/>
      </w:pPr>
      <w:r>
        <w:rPr>
          <w:i/>
          <w:color w:val="8C6E64"/>
          <w:sz w:val="24"/>
        </w:rPr>
        <w:t>Tracy Ward Creative</w:t>
      </w:r>
    </w:p>
    <w:p>
      <w:pPr>
        <w:jc w:val="center"/>
      </w:pPr>
      <w:r>
        <w:rPr>
          <w:sz w:val="20"/>
        </w:rPr>
        <w:t>Use this form to submit photos, videos, promotions, specials, announcements, and content ideas for upcoming social media posts and marketing materials.</w:t>
      </w:r>
    </w:p>
    <w:p/>
    <w:p>
      <w:r>
        <w:rPr>
          <w:b/>
          <w:color w:val="555F46"/>
          <w:sz w:val="28"/>
        </w:rPr>
        <w:t>Business Information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Business Name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Contact Name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Phone Number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Week Of / Submission Date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</w:tbl>
    <w:p/>
    <w:p>
      <w:r>
        <w:rPr>
          <w:b/>
          <w:color w:val="555F46"/>
          <w:sz w:val="28"/>
        </w:rPr>
        <w:t>Photo &amp; Content Submission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photos or videos are being submitted?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products/services are featured?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Are there any weekly specials or promotions?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Are there any upcoming events or announcements?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Any important details you want included in captions/posts?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type of content would you like created from these submissions?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Any hashtags, tags, or pages to include?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Deadline or preferred posting dates?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</w:tbl>
    <w:p/>
    <w:p>
      <w:r>
        <w:rPr>
          <w:b/>
          <w:color w:val="555F46"/>
          <w:sz w:val="28"/>
        </w:rPr>
        <w:t>Additional Notes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Anything specific you would like highlighted?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Additional comments, ideas, or requests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</w:tbl>
    <w:p/>
    <w:p>
      <w:pPr>
        <w:jc w:val="center"/>
      </w:pPr>
      <w:r>
        <w:rPr>
          <w:i/>
          <w:sz w:val="20"/>
        </w:rPr>
        <w:t>Thank you for helping Tracy Ward Creative create engaging and authentic content for your business. 🤍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