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1280160" cy="12801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clean_minimalist_circular_logo_branding_badge_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373737"/>
          <w:sz w:val="44"/>
        </w:rPr>
        <w:t>Weekly Social Media Content Calendar</w:t>
      </w:r>
    </w:p>
    <w:p>
      <w:pPr>
        <w:jc w:val="center"/>
      </w:pPr>
      <w:r>
        <w:rPr>
          <w:i/>
          <w:color w:val="8C6E64"/>
          <w:sz w:val="24"/>
        </w:rPr>
        <w:t>Tracy Ward Creative</w:t>
      </w:r>
    </w:p>
    <w:p>
      <w:pPr>
        <w:jc w:val="center"/>
      </w:pPr>
      <w:r>
        <w:rPr>
          <w:sz w:val="20"/>
        </w:rPr>
        <w:t>Please complete this form weekly to help create organized, engaging, and meaningful content tailored to your business.</w:t>
      </w:r>
    </w:p>
    <w:p/>
    <w:p>
      <w:r>
        <w:rPr>
          <w:b/>
          <w:color w:val="555F46"/>
          <w:sz w:val="28"/>
        </w:rPr>
        <w:t>Business Information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vAlign w:val="center"/>
          </w:tcPr>
          <w:p>
            <w:r>
              <w:rPr>
                <w:b/>
                <w:sz w:val="22"/>
              </w:rPr>
              <w:t>Business Name</w:t>
            </w:r>
          </w:p>
        </w:tc>
        <w:tc>
          <w:tcPr>
            <w:tcW w:type="dxa" w:w="4320"/>
            <w:vAlign w:val="center"/>
          </w:tcPr>
          <w:p>
            <w:r>
              <w:t>_________________________________</w:t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2"/>
              </w:rPr>
              <w:t>Week Of</w:t>
            </w:r>
          </w:p>
        </w:tc>
        <w:tc>
          <w:tcPr>
            <w:tcW w:type="dxa" w:w="4320"/>
            <w:vAlign w:val="center"/>
          </w:tcPr>
          <w:p>
            <w:r>
              <w:t>_________________________________</w:t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2"/>
              </w:rPr>
              <w:t>Best Contact Name &amp; Number</w:t>
            </w:r>
          </w:p>
        </w:tc>
        <w:tc>
          <w:tcPr>
            <w:tcW w:type="dxa" w:w="4320"/>
            <w:vAlign w:val="center"/>
          </w:tcPr>
          <w:p>
            <w:r>
              <w:t>_________________________________</w:t>
            </w:r>
          </w:p>
        </w:tc>
      </w:tr>
    </w:tbl>
    <w:p/>
    <w:p>
      <w:r>
        <w:rPr>
          <w:b/>
          <w:color w:val="555F46"/>
          <w:sz w:val="28"/>
        </w:rPr>
        <w:t>Weekly Posting Requests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rPr>
                <w:b/>
                <w:sz w:val="22"/>
              </w:rPr>
              <w:t>Day</w:t>
            </w:r>
          </w:p>
        </w:tc>
        <w:tc>
          <w:tcPr>
            <w:tcW w:type="dxa" w:w="4320"/>
          </w:tcPr>
          <w:p>
            <w:r>
              <w:rPr>
                <w:b/>
                <w:sz w:val="22"/>
              </w:rPr>
              <w:t>Requested Posts / Specials / Content Ideas</w:t>
            </w:r>
          </w:p>
        </w:tc>
      </w:tr>
      <w:tr>
        <w:tc>
          <w:tcPr>
            <w:tcW w:type="dxa" w:w="4320"/>
          </w:tcPr>
          <w:p>
            <w:r>
              <w:rPr>
                <w:b/>
                <w:sz w:val="22"/>
              </w:rPr>
              <w:t>Monday</w:t>
            </w:r>
          </w:p>
        </w:tc>
        <w:tc>
          <w:tcPr>
            <w:tcW w:type="dxa" w:w="4320"/>
          </w:tcPr>
          <w:p>
            <w:r>
              <w:br/>
              <w:br/>
              <w:br/>
            </w:r>
          </w:p>
        </w:tc>
      </w:tr>
      <w:tr>
        <w:tc>
          <w:tcPr>
            <w:tcW w:type="dxa" w:w="4320"/>
          </w:tcPr>
          <w:p>
            <w:r>
              <w:rPr>
                <w:b/>
                <w:sz w:val="22"/>
              </w:rPr>
              <w:t>Tuesday</w:t>
            </w:r>
          </w:p>
        </w:tc>
        <w:tc>
          <w:tcPr>
            <w:tcW w:type="dxa" w:w="4320"/>
          </w:tcPr>
          <w:p>
            <w:r>
              <w:br/>
              <w:br/>
              <w:br/>
            </w:r>
          </w:p>
        </w:tc>
      </w:tr>
      <w:tr>
        <w:tc>
          <w:tcPr>
            <w:tcW w:type="dxa" w:w="4320"/>
          </w:tcPr>
          <w:p>
            <w:r>
              <w:rPr>
                <w:b/>
                <w:sz w:val="22"/>
              </w:rPr>
              <w:t>Wednesday</w:t>
            </w:r>
          </w:p>
        </w:tc>
        <w:tc>
          <w:tcPr>
            <w:tcW w:type="dxa" w:w="4320"/>
          </w:tcPr>
          <w:p>
            <w:r>
              <w:br/>
              <w:br/>
              <w:br/>
            </w:r>
          </w:p>
        </w:tc>
      </w:tr>
      <w:tr>
        <w:tc>
          <w:tcPr>
            <w:tcW w:type="dxa" w:w="4320"/>
          </w:tcPr>
          <w:p>
            <w:r>
              <w:rPr>
                <w:b/>
                <w:sz w:val="22"/>
              </w:rPr>
              <w:t>Thursday</w:t>
            </w:r>
          </w:p>
        </w:tc>
        <w:tc>
          <w:tcPr>
            <w:tcW w:type="dxa" w:w="4320"/>
          </w:tcPr>
          <w:p>
            <w:r>
              <w:br/>
              <w:br/>
              <w:br/>
            </w:r>
          </w:p>
        </w:tc>
      </w:tr>
      <w:tr>
        <w:tc>
          <w:tcPr>
            <w:tcW w:type="dxa" w:w="4320"/>
          </w:tcPr>
          <w:p>
            <w:r>
              <w:rPr>
                <w:b/>
                <w:sz w:val="22"/>
              </w:rPr>
              <w:t>Friday</w:t>
            </w:r>
          </w:p>
        </w:tc>
        <w:tc>
          <w:tcPr>
            <w:tcW w:type="dxa" w:w="4320"/>
          </w:tcPr>
          <w:p>
            <w:r>
              <w:br/>
              <w:br/>
              <w:br/>
            </w:r>
          </w:p>
        </w:tc>
      </w:tr>
      <w:tr>
        <w:tc>
          <w:tcPr>
            <w:tcW w:type="dxa" w:w="4320"/>
          </w:tcPr>
          <w:p>
            <w:r>
              <w:rPr>
                <w:b/>
                <w:sz w:val="22"/>
              </w:rPr>
              <w:t>Saturday</w:t>
            </w:r>
          </w:p>
        </w:tc>
        <w:tc>
          <w:tcPr>
            <w:tcW w:type="dxa" w:w="4320"/>
          </w:tcPr>
          <w:p>
            <w:r>
              <w:br/>
              <w:br/>
              <w:br/>
            </w:r>
          </w:p>
        </w:tc>
      </w:tr>
      <w:tr>
        <w:tc>
          <w:tcPr>
            <w:tcW w:type="dxa" w:w="4320"/>
          </w:tcPr>
          <w:p>
            <w:r>
              <w:rPr>
                <w:b/>
                <w:sz w:val="22"/>
              </w:rPr>
              <w:t>Sunday</w:t>
            </w:r>
          </w:p>
        </w:tc>
        <w:tc>
          <w:tcPr>
            <w:tcW w:type="dxa" w:w="4320"/>
          </w:tcPr>
          <w:p>
            <w:r>
              <w:br/>
              <w:br/>
              <w:br/>
            </w:r>
          </w:p>
        </w:tc>
      </w:tr>
    </w:tbl>
    <w:p/>
    <w:p>
      <w:r>
        <w:rPr>
          <w:b/>
          <w:sz w:val="22"/>
        </w:rPr>
        <w:t>Helpful Ideas:</w:t>
        <w:br/>
      </w:r>
      <w:r>
        <w:t>Weekly specials • Events • Community posts • Engagement questions • Employee spotlights • Promotions • Holidays • New inventory • Behind-the-scenes content</w:t>
      </w:r>
    </w:p>
    <w:p>
      <w:pPr>
        <w:jc w:val="center"/>
      </w:pPr>
      <w:r>
        <w:rPr>
          <w:i/>
          <w:sz w:val="20"/>
        </w:rPr>
        <w:br/>
        <w:t>Thank you for trusting Tracy Ward Creative with your business branding and social media presence. 🤍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