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1371600" cy="13716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_clean_minimalist_circular_logo_branding_badge_o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b/>
          <w:color w:val="373737"/>
          <w:sz w:val="44"/>
        </w:rPr>
        <w:t>New Client Onboarding Form</w:t>
      </w:r>
    </w:p>
    <w:p>
      <w:pPr>
        <w:jc w:val="center"/>
      </w:pPr>
      <w:r>
        <w:rPr>
          <w:i/>
          <w:color w:val="8C6E64"/>
          <w:sz w:val="24"/>
        </w:rPr>
        <w:t>Tracy Ward Creative</w:t>
      </w:r>
    </w:p>
    <w:p>
      <w:pPr>
        <w:jc w:val="center"/>
      </w:pPr>
      <w:r>
        <w:rPr>
          <w:sz w:val="20"/>
        </w:rPr>
        <w:t>Please complete this form to help Tracy Ward Creative better understand your business, goals, branding, and social media needs.</w:t>
      </w:r>
    </w:p>
    <w:p/>
    <w:p>
      <w:r>
        <w:rPr>
          <w:b/>
          <w:color w:val="555F46"/>
          <w:sz w:val="28"/>
        </w:rPr>
        <w:t>Business Information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4320"/>
        <w:gridCol w:w="4320"/>
      </w:tblGrid>
      <w:tr>
        <w:tc>
          <w:tcPr>
            <w:tcW w:type="dxa" w:w="4320"/>
            <w:vAlign w:val="center"/>
          </w:tcPr>
          <w:p>
            <w:r>
              <w:rPr>
                <w:b/>
                <w:sz w:val="20"/>
              </w:rPr>
              <w:t>Business Name</w:t>
            </w:r>
          </w:p>
        </w:tc>
        <w:tc>
          <w:tcPr>
            <w:tcW w:type="dxa" w:w="4320"/>
            <w:vAlign w:val="center"/>
          </w:tcPr>
          <w:p>
            <w:r>
              <w:br/>
              <w:br/>
            </w:r>
          </w:p>
        </w:tc>
      </w:tr>
      <w:tr>
        <w:tc>
          <w:tcPr>
            <w:tcW w:type="dxa" w:w="4320"/>
            <w:vAlign w:val="center"/>
          </w:tcPr>
          <w:p>
            <w:r>
              <w:rPr>
                <w:b/>
                <w:sz w:val="20"/>
              </w:rPr>
              <w:t>Business Owner / Contact Name</w:t>
            </w:r>
          </w:p>
        </w:tc>
        <w:tc>
          <w:tcPr>
            <w:tcW w:type="dxa" w:w="4320"/>
            <w:vAlign w:val="center"/>
          </w:tcPr>
          <w:p>
            <w:r>
              <w:br/>
              <w:br/>
            </w:r>
          </w:p>
        </w:tc>
      </w:tr>
      <w:tr>
        <w:tc>
          <w:tcPr>
            <w:tcW w:type="dxa" w:w="4320"/>
            <w:vAlign w:val="center"/>
          </w:tcPr>
          <w:p>
            <w:r>
              <w:rPr>
                <w:b/>
                <w:sz w:val="20"/>
              </w:rPr>
              <w:t>Phone Number</w:t>
            </w:r>
          </w:p>
        </w:tc>
        <w:tc>
          <w:tcPr>
            <w:tcW w:type="dxa" w:w="4320"/>
            <w:vAlign w:val="center"/>
          </w:tcPr>
          <w:p>
            <w:r>
              <w:br/>
              <w:br/>
            </w:r>
          </w:p>
        </w:tc>
      </w:tr>
      <w:tr>
        <w:tc>
          <w:tcPr>
            <w:tcW w:type="dxa" w:w="4320"/>
            <w:vAlign w:val="center"/>
          </w:tcPr>
          <w:p>
            <w:r>
              <w:rPr>
                <w:b/>
                <w:sz w:val="20"/>
              </w:rPr>
              <w:t>Email Address</w:t>
            </w:r>
          </w:p>
        </w:tc>
        <w:tc>
          <w:tcPr>
            <w:tcW w:type="dxa" w:w="4320"/>
            <w:vAlign w:val="center"/>
          </w:tcPr>
          <w:p>
            <w:r>
              <w:br/>
              <w:br/>
            </w:r>
          </w:p>
        </w:tc>
      </w:tr>
      <w:tr>
        <w:tc>
          <w:tcPr>
            <w:tcW w:type="dxa" w:w="4320"/>
            <w:vAlign w:val="center"/>
          </w:tcPr>
          <w:p>
            <w:r>
              <w:rPr>
                <w:b/>
                <w:sz w:val="20"/>
              </w:rPr>
              <w:t>Website (if applicable)</w:t>
            </w:r>
          </w:p>
        </w:tc>
        <w:tc>
          <w:tcPr>
            <w:tcW w:type="dxa" w:w="4320"/>
            <w:vAlign w:val="center"/>
          </w:tcPr>
          <w:p>
            <w:r>
              <w:br/>
              <w:br/>
            </w:r>
          </w:p>
        </w:tc>
      </w:tr>
      <w:tr>
        <w:tc>
          <w:tcPr>
            <w:tcW w:type="dxa" w:w="4320"/>
            <w:vAlign w:val="center"/>
          </w:tcPr>
          <w:p>
            <w:r>
              <w:rPr>
                <w:b/>
                <w:sz w:val="20"/>
              </w:rPr>
              <w:t>Business Location</w:t>
            </w:r>
          </w:p>
        </w:tc>
        <w:tc>
          <w:tcPr>
            <w:tcW w:type="dxa" w:w="4320"/>
            <w:vAlign w:val="center"/>
          </w:tcPr>
          <w:p>
            <w:r>
              <w:br/>
              <w:br/>
            </w:r>
          </w:p>
        </w:tc>
      </w:tr>
    </w:tbl>
    <w:p/>
    <w:p>
      <w:r>
        <w:rPr>
          <w:b/>
          <w:color w:val="555F46"/>
          <w:sz w:val="28"/>
        </w:rPr>
        <w:t>Social Media Information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4320"/>
        <w:gridCol w:w="4320"/>
      </w:tblGrid>
      <w:tr>
        <w:tc>
          <w:tcPr>
            <w:tcW w:type="dxa" w:w="4320"/>
            <w:vAlign w:val="center"/>
          </w:tcPr>
          <w:p>
            <w:r>
              <w:rPr>
                <w:b/>
                <w:sz w:val="20"/>
              </w:rPr>
              <w:t>Current Social Media Platforms</w:t>
            </w:r>
          </w:p>
        </w:tc>
        <w:tc>
          <w:tcPr>
            <w:tcW w:type="dxa" w:w="4320"/>
            <w:vAlign w:val="center"/>
          </w:tcPr>
          <w:p>
            <w:r>
              <w:br/>
              <w:br/>
            </w:r>
          </w:p>
        </w:tc>
      </w:tr>
      <w:tr>
        <w:tc>
          <w:tcPr>
            <w:tcW w:type="dxa" w:w="4320"/>
            <w:vAlign w:val="center"/>
          </w:tcPr>
          <w:p>
            <w:r>
              <w:rPr>
                <w:b/>
                <w:sz w:val="20"/>
              </w:rPr>
              <w:t>Facebook Page Name</w:t>
            </w:r>
          </w:p>
        </w:tc>
        <w:tc>
          <w:tcPr>
            <w:tcW w:type="dxa" w:w="4320"/>
            <w:vAlign w:val="center"/>
          </w:tcPr>
          <w:p>
            <w:r>
              <w:br/>
              <w:br/>
            </w:r>
          </w:p>
        </w:tc>
      </w:tr>
      <w:tr>
        <w:tc>
          <w:tcPr>
            <w:tcW w:type="dxa" w:w="4320"/>
            <w:vAlign w:val="center"/>
          </w:tcPr>
          <w:p>
            <w:r>
              <w:rPr>
                <w:b/>
                <w:sz w:val="20"/>
              </w:rPr>
              <w:t>Instagram Username</w:t>
            </w:r>
          </w:p>
        </w:tc>
        <w:tc>
          <w:tcPr>
            <w:tcW w:type="dxa" w:w="4320"/>
            <w:vAlign w:val="center"/>
          </w:tcPr>
          <w:p>
            <w:r>
              <w:br/>
              <w:br/>
            </w:r>
          </w:p>
        </w:tc>
      </w:tr>
      <w:tr>
        <w:tc>
          <w:tcPr>
            <w:tcW w:type="dxa" w:w="4320"/>
            <w:vAlign w:val="center"/>
          </w:tcPr>
          <w:p>
            <w:r>
              <w:rPr>
                <w:b/>
                <w:sz w:val="20"/>
              </w:rPr>
              <w:t>TikTok / Other Platforms</w:t>
            </w:r>
          </w:p>
        </w:tc>
        <w:tc>
          <w:tcPr>
            <w:tcW w:type="dxa" w:w="4320"/>
            <w:vAlign w:val="center"/>
          </w:tcPr>
          <w:p>
            <w:r>
              <w:br/>
              <w:br/>
            </w:r>
          </w:p>
        </w:tc>
      </w:tr>
      <w:tr>
        <w:tc>
          <w:tcPr>
            <w:tcW w:type="dxa" w:w="4320"/>
            <w:vAlign w:val="center"/>
          </w:tcPr>
          <w:p>
            <w:r>
              <w:rPr>
                <w:b/>
                <w:sz w:val="20"/>
              </w:rPr>
              <w:t>Who currently manages your social media?</w:t>
            </w:r>
          </w:p>
        </w:tc>
        <w:tc>
          <w:tcPr>
            <w:tcW w:type="dxa" w:w="4320"/>
            <w:vAlign w:val="center"/>
          </w:tcPr>
          <w:p>
            <w:r>
              <w:br/>
              <w:br/>
            </w:r>
          </w:p>
        </w:tc>
      </w:tr>
    </w:tbl>
    <w:p/>
    <w:p>
      <w:r>
        <w:rPr>
          <w:b/>
          <w:color w:val="555F46"/>
          <w:sz w:val="28"/>
        </w:rPr>
        <w:t>Branding &amp; Business Goals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4320"/>
        <w:gridCol w:w="4320"/>
      </w:tblGrid>
      <w:tr>
        <w:tc>
          <w:tcPr>
            <w:tcW w:type="dxa" w:w="4320"/>
            <w:vAlign w:val="center"/>
          </w:tcPr>
          <w:p>
            <w:r>
              <w:rPr>
                <w:b/>
                <w:sz w:val="20"/>
              </w:rPr>
              <w:t>Describe your business in a few sentences</w:t>
            </w:r>
          </w:p>
        </w:tc>
        <w:tc>
          <w:tcPr>
            <w:tcW w:type="dxa" w:w="4320"/>
            <w:vAlign w:val="center"/>
          </w:tcPr>
          <w:p>
            <w:r>
              <w:br/>
              <w:br/>
            </w:r>
          </w:p>
        </w:tc>
      </w:tr>
      <w:tr>
        <w:tc>
          <w:tcPr>
            <w:tcW w:type="dxa" w:w="4320"/>
            <w:vAlign w:val="center"/>
          </w:tcPr>
          <w:p>
            <w:r>
              <w:rPr>
                <w:b/>
                <w:sz w:val="20"/>
              </w:rPr>
              <w:t>What makes your business unique?</w:t>
            </w:r>
          </w:p>
        </w:tc>
        <w:tc>
          <w:tcPr>
            <w:tcW w:type="dxa" w:w="4320"/>
            <w:vAlign w:val="center"/>
          </w:tcPr>
          <w:p>
            <w:r>
              <w:br/>
              <w:br/>
            </w:r>
          </w:p>
        </w:tc>
      </w:tr>
      <w:tr>
        <w:tc>
          <w:tcPr>
            <w:tcW w:type="dxa" w:w="4320"/>
            <w:vAlign w:val="center"/>
          </w:tcPr>
          <w:p>
            <w:r>
              <w:rPr>
                <w:b/>
                <w:sz w:val="20"/>
              </w:rPr>
              <w:t>What are your main business goals?</w:t>
            </w:r>
          </w:p>
        </w:tc>
        <w:tc>
          <w:tcPr>
            <w:tcW w:type="dxa" w:w="4320"/>
            <w:vAlign w:val="center"/>
          </w:tcPr>
          <w:p>
            <w:r>
              <w:br/>
              <w:br/>
            </w:r>
          </w:p>
        </w:tc>
      </w:tr>
      <w:tr>
        <w:tc>
          <w:tcPr>
            <w:tcW w:type="dxa" w:w="4320"/>
            <w:vAlign w:val="center"/>
          </w:tcPr>
          <w:p>
            <w:r>
              <w:rPr>
                <w:b/>
                <w:sz w:val="20"/>
              </w:rPr>
              <w:t>What type of audience are you trying to attract?</w:t>
            </w:r>
          </w:p>
        </w:tc>
        <w:tc>
          <w:tcPr>
            <w:tcW w:type="dxa" w:w="4320"/>
            <w:vAlign w:val="center"/>
          </w:tcPr>
          <w:p>
            <w:r>
              <w:br/>
              <w:br/>
            </w:r>
          </w:p>
        </w:tc>
      </w:tr>
      <w:tr>
        <w:tc>
          <w:tcPr>
            <w:tcW w:type="dxa" w:w="4320"/>
            <w:vAlign w:val="center"/>
          </w:tcPr>
          <w:p>
            <w:r>
              <w:rPr>
                <w:b/>
                <w:sz w:val="20"/>
              </w:rPr>
              <w:t>What style best fits your brand? (modern, rustic, fun, professional, etc.)</w:t>
            </w:r>
          </w:p>
        </w:tc>
        <w:tc>
          <w:tcPr>
            <w:tcW w:type="dxa" w:w="4320"/>
            <w:vAlign w:val="center"/>
          </w:tcPr>
          <w:p>
            <w:r>
              <w:br/>
              <w:br/>
            </w:r>
          </w:p>
        </w:tc>
      </w:tr>
      <w:tr>
        <w:tc>
          <w:tcPr>
            <w:tcW w:type="dxa" w:w="4320"/>
            <w:vAlign w:val="center"/>
          </w:tcPr>
          <w:p>
            <w:r>
              <w:rPr>
                <w:b/>
                <w:sz w:val="20"/>
              </w:rPr>
              <w:t>Preferred brand colors or design styles</w:t>
            </w:r>
          </w:p>
        </w:tc>
        <w:tc>
          <w:tcPr>
            <w:tcW w:type="dxa" w:w="4320"/>
            <w:vAlign w:val="center"/>
          </w:tcPr>
          <w:p>
            <w:r>
              <w:br/>
              <w:br/>
            </w:r>
          </w:p>
        </w:tc>
      </w:tr>
    </w:tbl>
    <w:p/>
    <w:p>
      <w:r>
        <w:rPr>
          <w:b/>
          <w:color w:val="555F46"/>
          <w:sz w:val="28"/>
        </w:rPr>
        <w:t>Content &amp; Marketing Preferences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4320"/>
        <w:gridCol w:w="4320"/>
      </w:tblGrid>
      <w:tr>
        <w:tc>
          <w:tcPr>
            <w:tcW w:type="dxa" w:w="4320"/>
            <w:vAlign w:val="center"/>
          </w:tcPr>
          <w:p>
            <w:r>
              <w:rPr>
                <w:b/>
                <w:sz w:val="20"/>
              </w:rPr>
              <w:t>What type of content would you like posted?</w:t>
            </w:r>
          </w:p>
        </w:tc>
        <w:tc>
          <w:tcPr>
            <w:tcW w:type="dxa" w:w="4320"/>
            <w:vAlign w:val="center"/>
          </w:tcPr>
          <w:p>
            <w:r>
              <w:br/>
              <w:br/>
            </w:r>
          </w:p>
        </w:tc>
      </w:tr>
      <w:tr>
        <w:tc>
          <w:tcPr>
            <w:tcW w:type="dxa" w:w="4320"/>
            <w:vAlign w:val="center"/>
          </w:tcPr>
          <w:p>
            <w:r>
              <w:rPr>
                <w:b/>
                <w:sz w:val="20"/>
              </w:rPr>
              <w:t>Are there any products/services you want highlighted regularly?</w:t>
            </w:r>
          </w:p>
        </w:tc>
        <w:tc>
          <w:tcPr>
            <w:tcW w:type="dxa" w:w="4320"/>
            <w:vAlign w:val="center"/>
          </w:tcPr>
          <w:p>
            <w:r>
              <w:br/>
              <w:br/>
            </w:r>
          </w:p>
        </w:tc>
      </w:tr>
      <w:tr>
        <w:tc>
          <w:tcPr>
            <w:tcW w:type="dxa" w:w="4320"/>
            <w:vAlign w:val="center"/>
          </w:tcPr>
          <w:p>
            <w:r>
              <w:rPr>
                <w:b/>
                <w:sz w:val="20"/>
              </w:rPr>
              <w:t>Do you have upcoming events or promotions?</w:t>
            </w:r>
          </w:p>
        </w:tc>
        <w:tc>
          <w:tcPr>
            <w:tcW w:type="dxa" w:w="4320"/>
            <w:vAlign w:val="center"/>
          </w:tcPr>
          <w:p>
            <w:r>
              <w:br/>
              <w:br/>
            </w:r>
          </w:p>
        </w:tc>
      </w:tr>
      <w:tr>
        <w:tc>
          <w:tcPr>
            <w:tcW w:type="dxa" w:w="4320"/>
            <w:vAlign w:val="center"/>
          </w:tcPr>
          <w:p>
            <w:r>
              <w:rPr>
                <w:b/>
                <w:sz w:val="20"/>
              </w:rPr>
              <w:t>Would you like engagement-focused posts included?</w:t>
            </w:r>
          </w:p>
        </w:tc>
        <w:tc>
          <w:tcPr>
            <w:tcW w:type="dxa" w:w="4320"/>
            <w:vAlign w:val="center"/>
          </w:tcPr>
          <w:p>
            <w:r>
              <w:br/>
              <w:br/>
            </w:r>
          </w:p>
        </w:tc>
      </w:tr>
      <w:tr>
        <w:tc>
          <w:tcPr>
            <w:tcW w:type="dxa" w:w="4320"/>
            <w:vAlign w:val="center"/>
          </w:tcPr>
          <w:p>
            <w:r>
              <w:rPr>
                <w:b/>
                <w:sz w:val="20"/>
              </w:rPr>
              <w:t>Do you have photos/videos available for content creation?</w:t>
            </w:r>
          </w:p>
        </w:tc>
        <w:tc>
          <w:tcPr>
            <w:tcW w:type="dxa" w:w="4320"/>
            <w:vAlign w:val="center"/>
          </w:tcPr>
          <w:p>
            <w:r>
              <w:br/>
              <w:br/>
            </w:r>
          </w:p>
        </w:tc>
      </w:tr>
    </w:tbl>
    <w:p/>
    <w:p>
      <w:r>
        <w:rPr>
          <w:b/>
          <w:color w:val="555F46"/>
          <w:sz w:val="28"/>
        </w:rPr>
        <w:t>Additional Information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4320"/>
        <w:gridCol w:w="4320"/>
      </w:tblGrid>
      <w:tr>
        <w:tc>
          <w:tcPr>
            <w:tcW w:type="dxa" w:w="4320"/>
            <w:vAlign w:val="center"/>
          </w:tcPr>
          <w:p>
            <w:r>
              <w:rPr>
                <w:b/>
                <w:sz w:val="20"/>
              </w:rPr>
              <w:t>Any competitors or pages you like for inspiration?</w:t>
            </w:r>
          </w:p>
        </w:tc>
        <w:tc>
          <w:tcPr>
            <w:tcW w:type="dxa" w:w="4320"/>
            <w:vAlign w:val="center"/>
          </w:tcPr>
          <w:p>
            <w:r>
              <w:br/>
              <w:br/>
            </w:r>
          </w:p>
        </w:tc>
      </w:tr>
      <w:tr>
        <w:tc>
          <w:tcPr>
            <w:tcW w:type="dxa" w:w="4320"/>
            <w:vAlign w:val="center"/>
          </w:tcPr>
          <w:p>
            <w:r>
              <w:rPr>
                <w:b/>
                <w:sz w:val="20"/>
              </w:rPr>
              <w:t>Anything you do NOT want included in your content?</w:t>
            </w:r>
          </w:p>
        </w:tc>
        <w:tc>
          <w:tcPr>
            <w:tcW w:type="dxa" w:w="4320"/>
            <w:vAlign w:val="center"/>
          </w:tcPr>
          <w:p>
            <w:r>
              <w:br/>
              <w:br/>
            </w:r>
          </w:p>
        </w:tc>
      </w:tr>
      <w:tr>
        <w:tc>
          <w:tcPr>
            <w:tcW w:type="dxa" w:w="4320"/>
            <w:vAlign w:val="center"/>
          </w:tcPr>
          <w:p>
            <w:r>
              <w:rPr>
                <w:b/>
                <w:sz w:val="20"/>
              </w:rPr>
              <w:t>Additional notes or requests</w:t>
            </w:r>
          </w:p>
        </w:tc>
        <w:tc>
          <w:tcPr>
            <w:tcW w:type="dxa" w:w="4320"/>
            <w:vAlign w:val="center"/>
          </w:tcPr>
          <w:p>
            <w:r>
              <w:br/>
              <w:br/>
            </w:r>
          </w:p>
        </w:tc>
      </w:tr>
    </w:tbl>
    <w:p/>
    <w:p>
      <w:pPr>
        <w:jc w:val="center"/>
      </w:pPr>
      <w:r>
        <w:rPr>
          <w:i/>
          <w:sz w:val="20"/>
        </w:rPr>
        <w:t>Thank you for choosing Tracy Ward Creative. We look forward to helping your business grow through authentic connection and creative content. 🤍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